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D7C57" w14:textId="77777777" w:rsidR="00F623AC" w:rsidRDefault="00B86771">
      <w:pPr>
        <w:spacing w:after="40" w:line="240" w:lineRule="auto"/>
        <w:jc w:val="center"/>
        <w:rPr>
          <w:b/>
          <w:color w:val="082F65"/>
          <w:sz w:val="32"/>
        </w:rPr>
      </w:pPr>
      <w:r>
        <w:rPr>
          <w:b/>
          <w:color w:val="082F65"/>
          <w:sz w:val="32"/>
        </w:rPr>
        <w:t>ETHICS STATEMENT QUESTIONNAIRE</w:t>
      </w:r>
    </w:p>
    <w:p w14:paraId="36CCEA92" w14:textId="77777777" w:rsidR="0094027E" w:rsidRDefault="0094027E">
      <w:pPr>
        <w:spacing w:after="40" w:line="240" w:lineRule="auto"/>
        <w:jc w:val="center"/>
      </w:pPr>
    </w:p>
    <w:p w14:paraId="7567FA89" w14:textId="77777777" w:rsidR="00F623AC" w:rsidRDefault="00B86771">
      <w:pPr>
        <w:spacing w:after="40" w:line="240" w:lineRule="auto"/>
        <w:jc w:val="center"/>
      </w:pPr>
      <w:r>
        <w:rPr>
          <w:i/>
          <w:sz w:val="19"/>
        </w:rPr>
        <w:t>Students must answer every question and obtain the required signatures before submission.</w:t>
      </w:r>
    </w:p>
    <w:tbl>
      <w:tblPr>
        <w:tblW w:w="10749" w:type="dxa"/>
        <w:jc w:val="center"/>
        <w:tblLayout w:type="fixed"/>
        <w:tblLook w:val="04A0" w:firstRow="1" w:lastRow="0" w:firstColumn="1" w:lastColumn="0" w:noHBand="0" w:noVBand="1"/>
      </w:tblPr>
      <w:tblGrid>
        <w:gridCol w:w="2560"/>
        <w:gridCol w:w="2664"/>
        <w:gridCol w:w="1308"/>
        <w:gridCol w:w="4217"/>
      </w:tblGrid>
      <w:tr w:rsidR="00F623AC" w14:paraId="2DCE3324" w14:textId="77777777" w:rsidTr="0094027E">
        <w:trPr>
          <w:jc w:val="center"/>
        </w:trPr>
        <w:tc>
          <w:tcPr>
            <w:tcW w:w="256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EAF2FB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033DF3" w14:textId="77777777" w:rsidR="00F623AC" w:rsidRDefault="00B86771" w:rsidP="0094027E">
            <w:pPr>
              <w:spacing w:after="20" w:line="240" w:lineRule="auto"/>
              <w:ind w:left="312" w:hanging="312"/>
            </w:pPr>
            <w:r>
              <w:rPr>
                <w:b/>
                <w:color w:val="082F65"/>
              </w:rPr>
              <w:t>Project Title</w:t>
            </w:r>
          </w:p>
        </w:tc>
        <w:tc>
          <w:tcPr>
            <w:tcW w:w="8189" w:type="dxa"/>
            <w:gridSpan w:val="3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6C6792" w14:textId="77777777" w:rsidR="00F623AC" w:rsidRDefault="00F623AC">
            <w:pPr>
              <w:spacing w:after="20" w:line="240" w:lineRule="auto"/>
            </w:pPr>
          </w:p>
        </w:tc>
      </w:tr>
      <w:tr w:rsidR="00F623AC" w14:paraId="17A884C0" w14:textId="77777777" w:rsidTr="00B949E4">
        <w:trPr>
          <w:jc w:val="center"/>
        </w:trPr>
        <w:tc>
          <w:tcPr>
            <w:tcW w:w="256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EAF2FB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8CC385" w14:textId="53B75667" w:rsidR="00F623AC" w:rsidRDefault="00B86771" w:rsidP="0094027E">
            <w:pPr>
              <w:spacing w:after="20" w:line="240" w:lineRule="auto"/>
              <w:ind w:left="312" w:hanging="312"/>
            </w:pPr>
            <w:r>
              <w:rPr>
                <w:b/>
                <w:color w:val="082F65"/>
              </w:rPr>
              <w:t>Student Name</w:t>
            </w:r>
            <w:r w:rsidR="00B949E4">
              <w:rPr>
                <w:b/>
                <w:color w:val="082F65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359E2E" w14:textId="77777777" w:rsidR="00F623AC" w:rsidRDefault="00F623AC">
            <w:pPr>
              <w:spacing w:after="20" w:line="240" w:lineRule="auto"/>
            </w:pPr>
          </w:p>
        </w:tc>
        <w:tc>
          <w:tcPr>
            <w:tcW w:w="130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EAF2FB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0234E2" w14:textId="77777777" w:rsidR="00F623AC" w:rsidRDefault="00B86771">
            <w:pPr>
              <w:spacing w:after="20" w:line="240" w:lineRule="auto"/>
            </w:pPr>
            <w:r>
              <w:rPr>
                <w:b/>
                <w:color w:val="082F65"/>
              </w:rPr>
              <w:t>School</w:t>
            </w:r>
          </w:p>
        </w:tc>
        <w:tc>
          <w:tcPr>
            <w:tcW w:w="4217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B3AAB3" w14:textId="77777777" w:rsidR="00F623AC" w:rsidRDefault="00F623AC">
            <w:pPr>
              <w:spacing w:after="20" w:line="240" w:lineRule="auto"/>
            </w:pPr>
          </w:p>
        </w:tc>
      </w:tr>
      <w:tr w:rsidR="00B949E4" w14:paraId="6123FCC4" w14:textId="77777777" w:rsidTr="00B949E4">
        <w:trPr>
          <w:jc w:val="center"/>
        </w:trPr>
        <w:tc>
          <w:tcPr>
            <w:tcW w:w="256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EAF2FB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C5457F" w14:textId="7B5424A8" w:rsidR="00B949E4" w:rsidRDefault="00B949E4" w:rsidP="00B949E4">
            <w:pPr>
              <w:spacing w:after="20" w:line="240" w:lineRule="auto"/>
              <w:ind w:left="312" w:hanging="312"/>
              <w:rPr>
                <w:b/>
                <w:color w:val="082F65"/>
              </w:rPr>
            </w:pPr>
            <w:r>
              <w:rPr>
                <w:b/>
                <w:color w:val="082F65"/>
              </w:rPr>
              <w:t>Student Name</w:t>
            </w:r>
          </w:p>
        </w:tc>
        <w:tc>
          <w:tcPr>
            <w:tcW w:w="2664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08058F" w14:textId="77777777" w:rsidR="00B949E4" w:rsidRDefault="00B949E4" w:rsidP="00B949E4">
            <w:pPr>
              <w:spacing w:after="20" w:line="240" w:lineRule="auto"/>
            </w:pPr>
          </w:p>
        </w:tc>
        <w:tc>
          <w:tcPr>
            <w:tcW w:w="130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EAF2FB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CA126B" w14:textId="506E4637" w:rsidR="00B949E4" w:rsidRDefault="00B949E4" w:rsidP="00B949E4">
            <w:pPr>
              <w:spacing w:after="20" w:line="240" w:lineRule="auto"/>
              <w:rPr>
                <w:b/>
                <w:color w:val="082F65"/>
              </w:rPr>
            </w:pPr>
            <w:r>
              <w:rPr>
                <w:b/>
                <w:color w:val="082F65"/>
              </w:rPr>
              <w:t>School</w:t>
            </w:r>
          </w:p>
        </w:tc>
        <w:tc>
          <w:tcPr>
            <w:tcW w:w="4217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317A0D" w14:textId="77777777" w:rsidR="00B949E4" w:rsidRDefault="00B949E4" w:rsidP="00B949E4">
            <w:pPr>
              <w:spacing w:after="20" w:line="240" w:lineRule="auto"/>
            </w:pPr>
          </w:p>
        </w:tc>
      </w:tr>
      <w:tr w:rsidR="00B949E4" w14:paraId="2EDD8694" w14:textId="77777777" w:rsidTr="00B949E4">
        <w:trPr>
          <w:jc w:val="center"/>
        </w:trPr>
        <w:tc>
          <w:tcPr>
            <w:tcW w:w="256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EAF2FB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F62184" w14:textId="1099D294" w:rsidR="00B949E4" w:rsidRDefault="00B949E4" w:rsidP="00B949E4">
            <w:pPr>
              <w:spacing w:after="20" w:line="240" w:lineRule="auto"/>
              <w:ind w:left="312" w:hanging="312"/>
              <w:rPr>
                <w:b/>
                <w:color w:val="082F65"/>
              </w:rPr>
            </w:pPr>
            <w:r>
              <w:rPr>
                <w:b/>
                <w:color w:val="082F65"/>
              </w:rPr>
              <w:t>Student Name</w:t>
            </w:r>
          </w:p>
        </w:tc>
        <w:tc>
          <w:tcPr>
            <w:tcW w:w="2664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707EA6" w14:textId="77777777" w:rsidR="00B949E4" w:rsidRDefault="00B949E4" w:rsidP="00B949E4">
            <w:pPr>
              <w:spacing w:after="20" w:line="240" w:lineRule="auto"/>
            </w:pPr>
          </w:p>
        </w:tc>
        <w:tc>
          <w:tcPr>
            <w:tcW w:w="130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EAF2FB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B77AE7" w14:textId="6147F809" w:rsidR="00B949E4" w:rsidRDefault="00B949E4" w:rsidP="00B949E4">
            <w:pPr>
              <w:spacing w:after="20" w:line="240" w:lineRule="auto"/>
              <w:rPr>
                <w:b/>
                <w:color w:val="082F65"/>
              </w:rPr>
            </w:pPr>
            <w:r>
              <w:rPr>
                <w:b/>
                <w:color w:val="082F65"/>
              </w:rPr>
              <w:t>School</w:t>
            </w:r>
          </w:p>
        </w:tc>
        <w:tc>
          <w:tcPr>
            <w:tcW w:w="4217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F2A62B" w14:textId="77777777" w:rsidR="00B949E4" w:rsidRDefault="00B949E4" w:rsidP="00B949E4">
            <w:pPr>
              <w:spacing w:after="20" w:line="240" w:lineRule="auto"/>
            </w:pPr>
          </w:p>
        </w:tc>
      </w:tr>
      <w:tr w:rsidR="00B949E4" w14:paraId="433DF149" w14:textId="77777777" w:rsidTr="00B949E4">
        <w:trPr>
          <w:jc w:val="center"/>
        </w:trPr>
        <w:tc>
          <w:tcPr>
            <w:tcW w:w="256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EAF2FB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F9668F" w14:textId="0414FB16" w:rsidR="00B949E4" w:rsidRDefault="00B949E4" w:rsidP="00B949E4">
            <w:pPr>
              <w:spacing w:after="20" w:line="240" w:lineRule="auto"/>
              <w:ind w:left="53" w:hanging="53"/>
            </w:pPr>
            <w:r>
              <w:rPr>
                <w:b/>
                <w:color w:val="082F65"/>
              </w:rPr>
              <w:t>Mentor</w:t>
            </w:r>
          </w:p>
        </w:tc>
        <w:tc>
          <w:tcPr>
            <w:tcW w:w="2664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E04741" w14:textId="77777777" w:rsidR="00B949E4" w:rsidRDefault="00B949E4" w:rsidP="00B949E4">
            <w:pPr>
              <w:spacing w:after="20" w:line="240" w:lineRule="auto"/>
            </w:pPr>
          </w:p>
        </w:tc>
        <w:tc>
          <w:tcPr>
            <w:tcW w:w="130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EAF2FB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1A5124" w14:textId="1AA2E2CB" w:rsidR="00B949E4" w:rsidRDefault="00B949E4" w:rsidP="00B949E4">
            <w:pPr>
              <w:spacing w:after="20" w:line="240" w:lineRule="auto"/>
            </w:pPr>
            <w:r>
              <w:rPr>
                <w:b/>
                <w:color w:val="082F65"/>
              </w:rPr>
              <w:t>Student 1 Email</w:t>
            </w:r>
          </w:p>
        </w:tc>
        <w:tc>
          <w:tcPr>
            <w:tcW w:w="4217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A7CBAF" w14:textId="77777777" w:rsidR="00B949E4" w:rsidRDefault="00B949E4" w:rsidP="00B949E4">
            <w:pPr>
              <w:spacing w:after="20" w:line="240" w:lineRule="auto"/>
            </w:pPr>
          </w:p>
        </w:tc>
      </w:tr>
    </w:tbl>
    <w:p w14:paraId="3A5E48E6" w14:textId="77777777" w:rsidR="00F623AC" w:rsidRDefault="00F623AC">
      <w:pPr>
        <w:spacing w:after="40" w:line="240" w:lineRule="auto"/>
      </w:pPr>
    </w:p>
    <w:tbl>
      <w:tblPr>
        <w:tblW w:w="10671" w:type="dxa"/>
        <w:jc w:val="center"/>
        <w:tblLayout w:type="fixed"/>
        <w:tblLook w:val="04A0" w:firstRow="1" w:lastRow="0" w:firstColumn="1" w:lastColumn="0" w:noHBand="0" w:noVBand="1"/>
      </w:tblPr>
      <w:tblGrid>
        <w:gridCol w:w="1453"/>
        <w:gridCol w:w="4590"/>
        <w:gridCol w:w="2070"/>
        <w:gridCol w:w="2558"/>
      </w:tblGrid>
      <w:tr w:rsidR="0094027E" w14:paraId="5A22FE90" w14:textId="77777777" w:rsidTr="00B949E4">
        <w:trPr>
          <w:jc w:val="center"/>
        </w:trPr>
        <w:tc>
          <w:tcPr>
            <w:tcW w:w="145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D0FE0" w14:textId="2DA283B0" w:rsidR="0094027E" w:rsidRPr="0094027E" w:rsidRDefault="0094027E" w:rsidP="0094027E">
            <w:pPr>
              <w:spacing w:after="20" w:line="240" w:lineRule="auto"/>
              <w:ind w:left="27"/>
              <w:jc w:val="center"/>
              <w:rPr>
                <w:sz w:val="17"/>
              </w:rPr>
            </w:pPr>
            <w:r w:rsidRPr="0094027E">
              <w:rPr>
                <w:b/>
                <w:sz w:val="18"/>
              </w:rPr>
              <w:t>#</w:t>
            </w:r>
          </w:p>
        </w:tc>
        <w:tc>
          <w:tcPr>
            <w:tcW w:w="459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6EB7B" w14:textId="4EA2B308" w:rsidR="0094027E" w:rsidRPr="0094027E" w:rsidRDefault="0094027E" w:rsidP="0094027E">
            <w:pPr>
              <w:spacing w:after="20" w:line="240" w:lineRule="auto"/>
              <w:jc w:val="center"/>
              <w:rPr>
                <w:sz w:val="17"/>
              </w:rPr>
            </w:pPr>
            <w:r w:rsidRPr="0094027E">
              <w:rPr>
                <w:b/>
                <w:sz w:val="18"/>
              </w:rPr>
              <w:t>QUESTION</w:t>
            </w:r>
          </w:p>
        </w:tc>
        <w:tc>
          <w:tcPr>
            <w:tcW w:w="207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47EC3" w14:textId="52BB074E" w:rsidR="0094027E" w:rsidRPr="0094027E" w:rsidRDefault="0094027E" w:rsidP="0094027E">
            <w:pPr>
              <w:spacing w:after="20" w:line="240" w:lineRule="auto"/>
              <w:jc w:val="center"/>
              <w:rPr>
                <w:sz w:val="17"/>
              </w:rPr>
            </w:pPr>
            <w:r w:rsidRPr="0094027E">
              <w:rPr>
                <w:b/>
                <w:sz w:val="18"/>
              </w:rPr>
              <w:t>YES / NO / N/A</w:t>
            </w:r>
          </w:p>
        </w:tc>
        <w:tc>
          <w:tcPr>
            <w:tcW w:w="255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FD7B4" w14:textId="6C142D86" w:rsidR="0094027E" w:rsidRPr="0094027E" w:rsidRDefault="0094027E" w:rsidP="0094027E">
            <w:pPr>
              <w:spacing w:after="20" w:line="240" w:lineRule="auto"/>
              <w:jc w:val="center"/>
              <w:rPr>
                <w:sz w:val="17"/>
              </w:rPr>
            </w:pPr>
            <w:r w:rsidRPr="0094027E">
              <w:rPr>
                <w:b/>
                <w:sz w:val="18"/>
              </w:rPr>
              <w:t>STUDENT ANSWER / EXPLANATION</w:t>
            </w:r>
          </w:p>
        </w:tc>
      </w:tr>
      <w:tr w:rsidR="0094027E" w14:paraId="3E9A7373" w14:textId="77777777" w:rsidTr="00B949E4">
        <w:trPr>
          <w:jc w:val="center"/>
        </w:trPr>
        <w:tc>
          <w:tcPr>
            <w:tcW w:w="145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B896C" w14:textId="77777777" w:rsidR="0094027E" w:rsidRDefault="0094027E" w:rsidP="0094027E">
            <w:pPr>
              <w:spacing w:after="20" w:line="240" w:lineRule="auto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459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3D618" w14:textId="77777777" w:rsidR="0094027E" w:rsidRDefault="0094027E" w:rsidP="0094027E">
            <w:pPr>
              <w:spacing w:after="20" w:line="240" w:lineRule="auto"/>
            </w:pPr>
            <w:r>
              <w:rPr>
                <w:sz w:val="17"/>
              </w:rPr>
              <w:t>Does the project involve human participants, including surveys, interviews, observations, experiments, or collection of personal information?</w:t>
            </w:r>
          </w:p>
        </w:tc>
        <w:tc>
          <w:tcPr>
            <w:tcW w:w="207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912E3" w14:textId="77777777" w:rsidR="0094027E" w:rsidRDefault="0094027E" w:rsidP="0094027E">
            <w:pPr>
              <w:spacing w:after="20" w:line="240" w:lineRule="auto"/>
              <w:jc w:val="center"/>
            </w:pPr>
            <w:r>
              <w:rPr>
                <w:sz w:val="17"/>
              </w:rPr>
              <w:t>☐ Yes</w:t>
            </w:r>
            <w:r>
              <w:rPr>
                <w:sz w:val="17"/>
              </w:rPr>
              <w:br/>
              <w:t>☐ No</w:t>
            </w:r>
            <w:r>
              <w:rPr>
                <w:sz w:val="17"/>
              </w:rPr>
              <w:br/>
              <w:t>☐ N/A</w:t>
            </w:r>
          </w:p>
        </w:tc>
        <w:tc>
          <w:tcPr>
            <w:tcW w:w="255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662D5" w14:textId="77777777" w:rsidR="0094027E" w:rsidRDefault="0094027E" w:rsidP="0094027E">
            <w:pPr>
              <w:spacing w:after="20" w:line="240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94027E" w14:paraId="7C1DCC96" w14:textId="77777777" w:rsidTr="00B949E4">
        <w:trPr>
          <w:jc w:val="center"/>
        </w:trPr>
        <w:tc>
          <w:tcPr>
            <w:tcW w:w="145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F7FA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BD619" w14:textId="77777777" w:rsidR="0094027E" w:rsidRDefault="0094027E" w:rsidP="0094027E">
            <w:pPr>
              <w:spacing w:after="20" w:line="240" w:lineRule="auto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459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F7FA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15652" w14:textId="77777777" w:rsidR="0094027E" w:rsidRDefault="0094027E" w:rsidP="0094027E">
            <w:pPr>
              <w:spacing w:after="20" w:line="240" w:lineRule="auto"/>
            </w:pPr>
            <w:r>
              <w:rPr>
                <w:sz w:val="17"/>
              </w:rPr>
              <w:t>If human participants are involved, did each participant provide informed consent? If any participant is under 18, were parental permission and student assent obtained?</w:t>
            </w:r>
          </w:p>
        </w:tc>
        <w:tc>
          <w:tcPr>
            <w:tcW w:w="207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F7FA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96E71" w14:textId="77777777" w:rsidR="0094027E" w:rsidRDefault="0094027E" w:rsidP="0094027E">
            <w:pPr>
              <w:spacing w:after="20" w:line="240" w:lineRule="auto"/>
              <w:jc w:val="center"/>
            </w:pPr>
            <w:r>
              <w:rPr>
                <w:sz w:val="17"/>
              </w:rPr>
              <w:t>☐ Yes</w:t>
            </w:r>
            <w:r>
              <w:rPr>
                <w:sz w:val="17"/>
              </w:rPr>
              <w:br/>
              <w:t>☐ No</w:t>
            </w:r>
            <w:r>
              <w:rPr>
                <w:sz w:val="17"/>
              </w:rPr>
              <w:br/>
              <w:t>☐ N/A</w:t>
            </w:r>
          </w:p>
        </w:tc>
        <w:tc>
          <w:tcPr>
            <w:tcW w:w="255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F7FA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EB90C" w14:textId="77777777" w:rsidR="0094027E" w:rsidRDefault="0094027E" w:rsidP="0094027E">
            <w:pPr>
              <w:spacing w:after="20" w:line="240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94027E" w14:paraId="7F0AB0AA" w14:textId="77777777" w:rsidTr="00B949E4">
        <w:trPr>
          <w:jc w:val="center"/>
        </w:trPr>
        <w:tc>
          <w:tcPr>
            <w:tcW w:w="145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E7E6C" w14:textId="77777777" w:rsidR="0094027E" w:rsidRDefault="0094027E" w:rsidP="0094027E">
            <w:pPr>
              <w:spacing w:after="20" w:line="240" w:lineRule="auto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459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4A650" w14:textId="77777777" w:rsidR="0094027E" w:rsidRDefault="0094027E" w:rsidP="0094027E">
            <w:pPr>
              <w:spacing w:after="20" w:line="240" w:lineRule="auto"/>
            </w:pPr>
            <w:r>
              <w:rPr>
                <w:sz w:val="17"/>
              </w:rPr>
              <w:t>Was the project reviewed by an Institutional Review Board, school review committee, or another authorized ethics body? If yes, provide the approval or exemption number.</w:t>
            </w:r>
          </w:p>
        </w:tc>
        <w:tc>
          <w:tcPr>
            <w:tcW w:w="207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D23EE" w14:textId="77777777" w:rsidR="0094027E" w:rsidRDefault="0094027E" w:rsidP="0094027E">
            <w:pPr>
              <w:spacing w:after="20" w:line="240" w:lineRule="auto"/>
              <w:jc w:val="center"/>
            </w:pPr>
            <w:r>
              <w:rPr>
                <w:sz w:val="17"/>
              </w:rPr>
              <w:t>☐ Yes</w:t>
            </w:r>
            <w:r>
              <w:rPr>
                <w:sz w:val="17"/>
              </w:rPr>
              <w:br/>
              <w:t>☐ No</w:t>
            </w:r>
            <w:r>
              <w:rPr>
                <w:sz w:val="17"/>
              </w:rPr>
              <w:br/>
              <w:t>☐ N/A</w:t>
            </w:r>
          </w:p>
        </w:tc>
        <w:tc>
          <w:tcPr>
            <w:tcW w:w="255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82546" w14:textId="77777777" w:rsidR="0094027E" w:rsidRDefault="0094027E" w:rsidP="0094027E">
            <w:pPr>
              <w:spacing w:after="20" w:line="240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94027E" w14:paraId="76C805A1" w14:textId="77777777" w:rsidTr="00B949E4">
        <w:trPr>
          <w:jc w:val="center"/>
        </w:trPr>
        <w:tc>
          <w:tcPr>
            <w:tcW w:w="145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F7FA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8597A" w14:textId="77777777" w:rsidR="0094027E" w:rsidRDefault="0094027E" w:rsidP="0094027E">
            <w:pPr>
              <w:spacing w:after="20" w:line="240" w:lineRule="auto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459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F7FA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D7091" w14:textId="77777777" w:rsidR="0094027E" w:rsidRDefault="0094027E" w:rsidP="0094027E">
            <w:pPr>
              <w:spacing w:after="20" w:line="240" w:lineRule="auto"/>
            </w:pPr>
            <w:r>
              <w:rPr>
                <w:sz w:val="17"/>
              </w:rPr>
              <w:t>Does the project collect identifiable, sensitive, medical, behavioral, educational, employment, financial, or demographic information?</w:t>
            </w:r>
          </w:p>
        </w:tc>
        <w:tc>
          <w:tcPr>
            <w:tcW w:w="207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F7FA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43CF2" w14:textId="77777777" w:rsidR="0094027E" w:rsidRDefault="0094027E" w:rsidP="0094027E">
            <w:pPr>
              <w:spacing w:after="20" w:line="240" w:lineRule="auto"/>
              <w:jc w:val="center"/>
            </w:pPr>
            <w:r>
              <w:rPr>
                <w:sz w:val="17"/>
              </w:rPr>
              <w:t>☐ Yes</w:t>
            </w:r>
            <w:r>
              <w:rPr>
                <w:sz w:val="17"/>
              </w:rPr>
              <w:br/>
              <w:t>☐ No</w:t>
            </w:r>
            <w:r>
              <w:rPr>
                <w:sz w:val="17"/>
              </w:rPr>
              <w:br/>
              <w:t>☐ N/A</w:t>
            </w:r>
          </w:p>
        </w:tc>
        <w:tc>
          <w:tcPr>
            <w:tcW w:w="255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F7FA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2FAB1" w14:textId="77777777" w:rsidR="0094027E" w:rsidRDefault="0094027E" w:rsidP="0094027E">
            <w:pPr>
              <w:spacing w:after="20" w:line="240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94027E" w14:paraId="4981887E" w14:textId="77777777" w:rsidTr="00B949E4">
        <w:trPr>
          <w:jc w:val="center"/>
        </w:trPr>
        <w:tc>
          <w:tcPr>
            <w:tcW w:w="145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F7FA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D6209" w14:textId="4E85A1DA" w:rsidR="0094027E" w:rsidRDefault="0094027E" w:rsidP="0094027E">
            <w:pPr>
              <w:spacing w:after="20" w:line="240" w:lineRule="auto"/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459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F7FA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6B50E" w14:textId="77777777" w:rsidR="0094027E" w:rsidRDefault="0094027E" w:rsidP="0094027E">
            <w:pPr>
              <w:spacing w:after="20" w:line="240" w:lineRule="auto"/>
            </w:pPr>
            <w:r>
              <w:rPr>
                <w:sz w:val="17"/>
              </w:rPr>
              <w:t>Does the project involve animals, animal tissues, animal-derived samples, or observation that could affect animal welfare?</w:t>
            </w:r>
          </w:p>
        </w:tc>
        <w:tc>
          <w:tcPr>
            <w:tcW w:w="207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F7FA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CDD5D" w14:textId="77777777" w:rsidR="0094027E" w:rsidRDefault="0094027E" w:rsidP="0094027E">
            <w:pPr>
              <w:spacing w:after="20" w:line="240" w:lineRule="auto"/>
              <w:jc w:val="center"/>
            </w:pPr>
            <w:r>
              <w:rPr>
                <w:sz w:val="17"/>
              </w:rPr>
              <w:t>☐ Yes</w:t>
            </w:r>
            <w:r>
              <w:rPr>
                <w:sz w:val="17"/>
              </w:rPr>
              <w:br/>
              <w:t>☐ No</w:t>
            </w:r>
            <w:r>
              <w:rPr>
                <w:sz w:val="17"/>
              </w:rPr>
              <w:br/>
              <w:t>☐ N/A</w:t>
            </w:r>
          </w:p>
        </w:tc>
        <w:tc>
          <w:tcPr>
            <w:tcW w:w="255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F7FA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4F541" w14:textId="77777777" w:rsidR="0094027E" w:rsidRDefault="0094027E" w:rsidP="0094027E">
            <w:pPr>
              <w:spacing w:after="20" w:line="240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94027E" w14:paraId="6C107D31" w14:textId="77777777" w:rsidTr="00B949E4">
        <w:trPr>
          <w:trHeight w:val="801"/>
          <w:jc w:val="center"/>
        </w:trPr>
        <w:tc>
          <w:tcPr>
            <w:tcW w:w="145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E275D" w14:textId="2ABBFDD5" w:rsidR="0094027E" w:rsidRDefault="0094027E" w:rsidP="0094027E">
            <w:pPr>
              <w:spacing w:after="20" w:line="240" w:lineRule="auto"/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459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8C93D" w14:textId="77777777" w:rsidR="0094027E" w:rsidRDefault="0094027E" w:rsidP="0094027E">
            <w:pPr>
              <w:spacing w:after="20" w:line="240" w:lineRule="auto"/>
            </w:pPr>
            <w:r>
              <w:rPr>
                <w:sz w:val="17"/>
              </w:rPr>
              <w:t>If animals are involved, was approval obtained from an authorized animal-care or ethics committee? Describe humane handling and welfare protections.</w:t>
            </w:r>
          </w:p>
        </w:tc>
        <w:tc>
          <w:tcPr>
            <w:tcW w:w="207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D1AAD" w14:textId="77777777" w:rsidR="0094027E" w:rsidRDefault="0094027E" w:rsidP="0094027E">
            <w:pPr>
              <w:spacing w:after="20" w:line="240" w:lineRule="auto"/>
              <w:jc w:val="center"/>
            </w:pPr>
            <w:r>
              <w:rPr>
                <w:sz w:val="17"/>
              </w:rPr>
              <w:t>☐ Yes</w:t>
            </w:r>
            <w:r>
              <w:rPr>
                <w:sz w:val="17"/>
              </w:rPr>
              <w:br/>
              <w:t>☐ No</w:t>
            </w:r>
            <w:r>
              <w:rPr>
                <w:sz w:val="17"/>
              </w:rPr>
              <w:br/>
              <w:t>☐ N/A</w:t>
            </w:r>
          </w:p>
        </w:tc>
        <w:tc>
          <w:tcPr>
            <w:tcW w:w="255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53FE1" w14:textId="77777777" w:rsidR="0094027E" w:rsidRDefault="0094027E" w:rsidP="0094027E">
            <w:pPr>
              <w:spacing w:after="20" w:line="240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94027E" w14:paraId="7DFE7193" w14:textId="77777777" w:rsidTr="00B949E4">
        <w:trPr>
          <w:jc w:val="center"/>
        </w:trPr>
        <w:tc>
          <w:tcPr>
            <w:tcW w:w="145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AC5FB" w14:textId="3B6B463B" w:rsidR="0094027E" w:rsidRDefault="0094027E" w:rsidP="0094027E">
            <w:pPr>
              <w:spacing w:after="20" w:line="240" w:lineRule="auto"/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459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9E3C2" w14:textId="77777777" w:rsidR="0094027E" w:rsidRDefault="0094027E" w:rsidP="0094027E">
            <w:pPr>
              <w:spacing w:after="20" w:line="240" w:lineRule="auto"/>
            </w:pPr>
            <w:r>
              <w:rPr>
                <w:sz w:val="17"/>
              </w:rPr>
              <w:t>Does the project use previously collected data, images, records, software, or specimens? If yes, explain how they were legally obtained, licensed, and de-identified when necessary.</w:t>
            </w:r>
          </w:p>
        </w:tc>
        <w:tc>
          <w:tcPr>
            <w:tcW w:w="207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35E73" w14:textId="77777777" w:rsidR="0094027E" w:rsidRDefault="0094027E" w:rsidP="0094027E">
            <w:pPr>
              <w:spacing w:after="20" w:line="240" w:lineRule="auto"/>
              <w:jc w:val="center"/>
            </w:pPr>
            <w:r>
              <w:rPr>
                <w:sz w:val="17"/>
              </w:rPr>
              <w:t>☐ Yes</w:t>
            </w:r>
            <w:r>
              <w:rPr>
                <w:sz w:val="17"/>
              </w:rPr>
              <w:br/>
              <w:t>☐ No</w:t>
            </w:r>
            <w:r>
              <w:rPr>
                <w:sz w:val="17"/>
              </w:rPr>
              <w:br/>
              <w:t>☐ N/A</w:t>
            </w:r>
          </w:p>
        </w:tc>
        <w:tc>
          <w:tcPr>
            <w:tcW w:w="255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B1481" w14:textId="77777777" w:rsidR="0094027E" w:rsidRDefault="0094027E" w:rsidP="0094027E">
            <w:pPr>
              <w:spacing w:after="20" w:line="240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94027E" w14:paraId="4DCEBA40" w14:textId="77777777" w:rsidTr="00B949E4">
        <w:trPr>
          <w:jc w:val="center"/>
        </w:trPr>
        <w:tc>
          <w:tcPr>
            <w:tcW w:w="145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F7FA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81701" w14:textId="19E088D3" w:rsidR="0094027E" w:rsidRDefault="0094027E" w:rsidP="0094027E">
            <w:pPr>
              <w:spacing w:after="20" w:line="240" w:lineRule="auto"/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459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F7FA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74BEB" w14:textId="77777777" w:rsidR="0094027E" w:rsidRDefault="0094027E" w:rsidP="0094027E">
            <w:pPr>
              <w:spacing w:after="20" w:line="240" w:lineRule="auto"/>
            </w:pPr>
            <w:r>
              <w:rPr>
                <w:sz w:val="17"/>
              </w:rPr>
              <w:t>Does the project use artificial intelligence to analyze or make decisions about people, health, behavior, identity, or sensitive information? If yes, describe safeguards for bias, privacy, transparency, and human oversight.</w:t>
            </w:r>
          </w:p>
        </w:tc>
        <w:tc>
          <w:tcPr>
            <w:tcW w:w="2070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F7FA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845F2" w14:textId="77777777" w:rsidR="0094027E" w:rsidRDefault="0094027E" w:rsidP="0094027E">
            <w:pPr>
              <w:spacing w:after="20" w:line="240" w:lineRule="auto"/>
              <w:jc w:val="center"/>
            </w:pPr>
            <w:r>
              <w:rPr>
                <w:sz w:val="17"/>
              </w:rPr>
              <w:t>☐ Yes</w:t>
            </w:r>
            <w:r>
              <w:rPr>
                <w:sz w:val="17"/>
              </w:rPr>
              <w:br/>
              <w:t>☐ No</w:t>
            </w:r>
            <w:r>
              <w:rPr>
                <w:sz w:val="17"/>
              </w:rPr>
              <w:br/>
              <w:t>☐ N/A</w:t>
            </w:r>
          </w:p>
        </w:tc>
        <w:tc>
          <w:tcPr>
            <w:tcW w:w="255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F7FA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02B01" w14:textId="77777777" w:rsidR="0094027E" w:rsidRDefault="0094027E" w:rsidP="0094027E">
            <w:pPr>
              <w:spacing w:after="20" w:line="240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</w:tbl>
    <w:p w14:paraId="42E52000" w14:textId="77777777" w:rsidR="00B86771" w:rsidRDefault="00B86771"/>
    <w:tbl>
      <w:tblPr>
        <w:tblW w:w="10671" w:type="dxa"/>
        <w:jc w:val="center"/>
        <w:tblLayout w:type="fixed"/>
        <w:tblLook w:val="04A0" w:firstRow="1" w:lastRow="0" w:firstColumn="1" w:lastColumn="0" w:noHBand="0" w:noVBand="1"/>
      </w:tblPr>
      <w:tblGrid>
        <w:gridCol w:w="2983"/>
        <w:gridCol w:w="2627"/>
        <w:gridCol w:w="2528"/>
        <w:gridCol w:w="2533"/>
      </w:tblGrid>
      <w:tr w:rsidR="00B949E4" w:rsidRPr="00B949E4" w14:paraId="6A62B25B" w14:textId="77777777" w:rsidTr="00B949E4">
        <w:trPr>
          <w:trHeight w:val="344"/>
          <w:jc w:val="center"/>
        </w:trPr>
        <w:tc>
          <w:tcPr>
            <w:tcW w:w="10671" w:type="dxa"/>
            <w:gridSpan w:val="4"/>
            <w:tcBorders>
              <w:top w:val="single" w:sz="6" w:space="0" w:color="B9C8DA"/>
              <w:left w:val="single" w:sz="6" w:space="0" w:color="B9C8DA"/>
              <w:bottom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1B03C" w14:textId="4578F495" w:rsidR="00B949E4" w:rsidRPr="00B949E4" w:rsidRDefault="00B949E4" w:rsidP="00B949E4">
            <w:pPr>
              <w:jc w:val="center"/>
            </w:pPr>
            <w:r w:rsidRPr="00B949E4">
              <w:rPr>
                <w:b/>
              </w:rPr>
              <w:t>CERTIFICATION AND SIGNATURES</w:t>
            </w:r>
          </w:p>
        </w:tc>
      </w:tr>
      <w:tr w:rsidR="00B949E4" w:rsidRPr="00B949E4" w14:paraId="397EC3CE" w14:textId="77777777" w:rsidTr="00607AA8">
        <w:trPr>
          <w:jc w:val="center"/>
        </w:trPr>
        <w:tc>
          <w:tcPr>
            <w:tcW w:w="10671" w:type="dxa"/>
            <w:gridSpan w:val="4"/>
            <w:tcBorders>
              <w:top w:val="single" w:sz="6" w:space="0" w:color="B9C8DA"/>
              <w:left w:val="single" w:sz="6" w:space="0" w:color="B9C8DA"/>
              <w:bottom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BE862" w14:textId="202A1888" w:rsidR="00B949E4" w:rsidRPr="00B949E4" w:rsidRDefault="00B949E4" w:rsidP="00B949E4">
            <w:r w:rsidRPr="00B949E4">
              <w:t xml:space="preserve">I certify that the answers in this form are complete and accurate. All relevant ethical, privacy, animal-welfare, </w:t>
            </w:r>
            <w:r w:rsidR="00B13092">
              <w:t xml:space="preserve">and </w:t>
            </w:r>
            <w:r w:rsidRPr="00B949E4">
              <w:t>biological-safety</w:t>
            </w:r>
            <w:r w:rsidR="00B13092">
              <w:t xml:space="preserve"> i</w:t>
            </w:r>
            <w:r w:rsidRPr="00B949E4">
              <w:t>ssues have been disclosed. I understand that competition review does not replace any required institutional, school, legal, or regulatory approval.</w:t>
            </w:r>
          </w:p>
        </w:tc>
      </w:tr>
      <w:tr w:rsidR="00B949E4" w:rsidRPr="00B949E4" w14:paraId="1A252120" w14:textId="77777777" w:rsidTr="00B13092">
        <w:trPr>
          <w:jc w:val="center"/>
        </w:trPr>
        <w:tc>
          <w:tcPr>
            <w:tcW w:w="298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D9873" w14:textId="7153B07E" w:rsidR="00B949E4" w:rsidRPr="00B13092" w:rsidRDefault="00B949E4" w:rsidP="00B949E4">
            <w:r w:rsidRPr="00B13092">
              <w:t>Student 1 Printed Name</w:t>
            </w:r>
            <w:r w:rsidRPr="00B13092">
              <w:br/>
            </w:r>
            <w:r w:rsidRPr="00B13092">
              <w:lastRenderedPageBreak/>
              <w:br/>
              <w:t>________________________</w:t>
            </w:r>
          </w:p>
        </w:tc>
        <w:tc>
          <w:tcPr>
            <w:tcW w:w="2627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E5410" w14:textId="77777777" w:rsidR="00B949E4" w:rsidRPr="00B13092" w:rsidRDefault="00B949E4" w:rsidP="00B949E4">
            <w:r w:rsidRPr="00B13092">
              <w:lastRenderedPageBreak/>
              <w:t>Date (MM/DD/YYYY)</w:t>
            </w:r>
            <w:r w:rsidRPr="00B13092">
              <w:br/>
            </w:r>
            <w:r w:rsidRPr="00B13092">
              <w:lastRenderedPageBreak/>
              <w:br/>
              <w:t>_____________________</w:t>
            </w:r>
          </w:p>
        </w:tc>
        <w:tc>
          <w:tcPr>
            <w:tcW w:w="252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BACF2" w14:textId="72EF61EA" w:rsidR="00B949E4" w:rsidRPr="00B13092" w:rsidRDefault="00B949E4" w:rsidP="00B949E4">
            <w:r w:rsidRPr="00B13092">
              <w:lastRenderedPageBreak/>
              <w:t>Student 1 Signature</w:t>
            </w:r>
            <w:r w:rsidRPr="00B13092">
              <w:br/>
            </w:r>
            <w:r w:rsidRPr="00B13092">
              <w:lastRenderedPageBreak/>
              <w:br/>
              <w:t>___________________</w:t>
            </w:r>
          </w:p>
        </w:tc>
        <w:tc>
          <w:tcPr>
            <w:tcW w:w="253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6B686" w14:textId="77777777" w:rsidR="00B949E4" w:rsidRPr="00B13092" w:rsidRDefault="00B949E4" w:rsidP="00B949E4">
            <w:r w:rsidRPr="00B13092">
              <w:lastRenderedPageBreak/>
              <w:t>Date (MM/DD/YYYY)</w:t>
            </w:r>
            <w:r w:rsidRPr="00B13092">
              <w:br/>
            </w:r>
            <w:r w:rsidRPr="00B13092">
              <w:lastRenderedPageBreak/>
              <w:br/>
              <w:t>_________________</w:t>
            </w:r>
          </w:p>
        </w:tc>
      </w:tr>
      <w:tr w:rsidR="00B949E4" w:rsidRPr="00B949E4" w14:paraId="1557817B" w14:textId="77777777" w:rsidTr="00B13092">
        <w:trPr>
          <w:jc w:val="center"/>
        </w:trPr>
        <w:tc>
          <w:tcPr>
            <w:tcW w:w="298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C4DFF" w14:textId="77777777" w:rsidR="00B13092" w:rsidRPr="00B13092" w:rsidRDefault="00B949E4" w:rsidP="00B949E4">
            <w:r w:rsidRPr="00B13092">
              <w:lastRenderedPageBreak/>
              <w:t>Parent/Guardian Printed Nam</w:t>
            </w:r>
            <w:r w:rsidR="00B13092" w:rsidRPr="00B13092">
              <w:t>e</w:t>
            </w:r>
          </w:p>
          <w:p w14:paraId="1D749893" w14:textId="256FEB8D" w:rsidR="00B949E4" w:rsidRPr="00B13092" w:rsidRDefault="00B949E4" w:rsidP="00B949E4">
            <w:r w:rsidRPr="00B13092">
              <w:br/>
            </w:r>
            <w:r w:rsidRPr="00B13092">
              <w:br/>
              <w:t>_________________________</w:t>
            </w:r>
          </w:p>
        </w:tc>
        <w:tc>
          <w:tcPr>
            <w:tcW w:w="2627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E11FA" w14:textId="77777777" w:rsidR="00B949E4" w:rsidRPr="00B13092" w:rsidRDefault="00B949E4" w:rsidP="00B949E4">
            <w:r w:rsidRPr="00B13092">
              <w:t>Relationship</w:t>
            </w:r>
            <w:r w:rsidRPr="00B13092">
              <w:br/>
            </w:r>
          </w:p>
          <w:p w14:paraId="3FD45DBD" w14:textId="77777777" w:rsidR="00B949E4" w:rsidRPr="00B13092" w:rsidRDefault="00B949E4" w:rsidP="00B949E4">
            <w:r w:rsidRPr="00B13092">
              <w:br/>
              <w:t>____________________</w:t>
            </w:r>
          </w:p>
        </w:tc>
        <w:tc>
          <w:tcPr>
            <w:tcW w:w="252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420CF" w14:textId="77777777" w:rsidR="00B13092" w:rsidRDefault="00B949E4" w:rsidP="00B949E4">
            <w:r w:rsidRPr="00B13092">
              <w:t>Parent/Guardian Signature</w:t>
            </w:r>
          </w:p>
          <w:p w14:paraId="511D0529" w14:textId="252B8329" w:rsidR="00B949E4" w:rsidRPr="00B13092" w:rsidRDefault="00B949E4" w:rsidP="00B949E4">
            <w:r w:rsidRPr="00B13092">
              <w:br/>
              <w:t>____________________</w:t>
            </w:r>
          </w:p>
        </w:tc>
        <w:tc>
          <w:tcPr>
            <w:tcW w:w="253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BC624" w14:textId="77777777" w:rsidR="00B949E4" w:rsidRPr="00B13092" w:rsidRDefault="00B949E4" w:rsidP="00B949E4">
            <w:r w:rsidRPr="00B13092">
              <w:t>Date (MM/DD/YYYY)</w:t>
            </w:r>
          </w:p>
          <w:p w14:paraId="18CD4186" w14:textId="77777777" w:rsidR="00B949E4" w:rsidRPr="00B13092" w:rsidRDefault="00B949E4" w:rsidP="00B949E4">
            <w:r w:rsidRPr="00B13092">
              <w:br/>
            </w:r>
            <w:r w:rsidRPr="00B13092">
              <w:br/>
              <w:t>_________________</w:t>
            </w:r>
          </w:p>
        </w:tc>
      </w:tr>
      <w:tr w:rsidR="00B949E4" w:rsidRPr="00B949E4" w14:paraId="136E7250" w14:textId="77777777" w:rsidTr="00B13092">
        <w:trPr>
          <w:trHeight w:val="1694"/>
          <w:jc w:val="center"/>
        </w:trPr>
        <w:tc>
          <w:tcPr>
            <w:tcW w:w="298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C8CA5" w14:textId="1924DEF6" w:rsidR="00B13092" w:rsidRDefault="00B949E4" w:rsidP="00B949E4">
            <w:r w:rsidRPr="00B13092">
              <w:t>Student 2 Printed Name (if applicable)</w:t>
            </w:r>
          </w:p>
          <w:p w14:paraId="590F1051" w14:textId="37742DC4" w:rsidR="00B949E4" w:rsidRPr="00B13092" w:rsidRDefault="00B949E4" w:rsidP="00B949E4">
            <w:r w:rsidRPr="00B13092">
              <w:br/>
              <w:t>________________________</w:t>
            </w:r>
          </w:p>
        </w:tc>
        <w:tc>
          <w:tcPr>
            <w:tcW w:w="2627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1DBF4" w14:textId="77777777" w:rsidR="00B949E4" w:rsidRPr="00B13092" w:rsidRDefault="00B949E4" w:rsidP="00B949E4">
            <w:r w:rsidRPr="00B13092">
              <w:t>Date (MM/DD/YYYY)</w:t>
            </w:r>
          </w:p>
          <w:p w14:paraId="268FE207" w14:textId="77777777" w:rsidR="00B949E4" w:rsidRPr="00B13092" w:rsidRDefault="00B949E4" w:rsidP="00B949E4">
            <w:r w:rsidRPr="00B13092">
              <w:br/>
            </w:r>
            <w:r w:rsidRPr="00B13092">
              <w:br/>
              <w:t>_____________________</w:t>
            </w:r>
          </w:p>
        </w:tc>
        <w:tc>
          <w:tcPr>
            <w:tcW w:w="252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C8E89" w14:textId="77777777" w:rsidR="00B13092" w:rsidRDefault="00B949E4" w:rsidP="00B13092">
            <w:r w:rsidRPr="00B13092">
              <w:t>Student 2 Signature</w:t>
            </w:r>
          </w:p>
          <w:p w14:paraId="1DBCC5AC" w14:textId="1F7C8AFB" w:rsidR="00B949E4" w:rsidRPr="00B13092" w:rsidRDefault="00B949E4" w:rsidP="00B13092">
            <w:r w:rsidRPr="00B13092">
              <w:t xml:space="preserve"> </w:t>
            </w:r>
            <w:r w:rsidRPr="00B13092">
              <w:br/>
            </w:r>
            <w:r w:rsidRPr="00B13092">
              <w:br/>
              <w:t>___________________</w:t>
            </w:r>
          </w:p>
        </w:tc>
        <w:tc>
          <w:tcPr>
            <w:tcW w:w="253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82389" w14:textId="77777777" w:rsidR="00B949E4" w:rsidRPr="00B13092" w:rsidRDefault="00B949E4" w:rsidP="00B949E4">
            <w:r w:rsidRPr="00B13092">
              <w:t>Date (MM/DD/YYYY)</w:t>
            </w:r>
          </w:p>
          <w:p w14:paraId="6378269E" w14:textId="77777777" w:rsidR="00B949E4" w:rsidRPr="00B13092" w:rsidRDefault="00B949E4" w:rsidP="00B949E4">
            <w:r w:rsidRPr="00B13092">
              <w:br/>
            </w:r>
            <w:r w:rsidRPr="00B13092">
              <w:br/>
              <w:t>_________________</w:t>
            </w:r>
          </w:p>
        </w:tc>
      </w:tr>
      <w:tr w:rsidR="00B949E4" w:rsidRPr="00B949E4" w14:paraId="2592D451" w14:textId="77777777" w:rsidTr="00B13092">
        <w:trPr>
          <w:jc w:val="center"/>
        </w:trPr>
        <w:tc>
          <w:tcPr>
            <w:tcW w:w="298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90D44" w14:textId="77777777" w:rsidR="00B13092" w:rsidRDefault="00B949E4" w:rsidP="00B949E4">
            <w:r w:rsidRPr="00B13092">
              <w:t>Parent/Guardian Printed Name</w:t>
            </w:r>
          </w:p>
          <w:p w14:paraId="0F2424A8" w14:textId="5C4C7B0A" w:rsidR="00B949E4" w:rsidRPr="00B13092" w:rsidRDefault="00B949E4" w:rsidP="00B949E4">
            <w:r w:rsidRPr="00B13092">
              <w:br/>
            </w:r>
            <w:r w:rsidRPr="00B13092">
              <w:br/>
              <w:t>________________________</w:t>
            </w:r>
          </w:p>
        </w:tc>
        <w:tc>
          <w:tcPr>
            <w:tcW w:w="2627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F0058" w14:textId="77777777" w:rsidR="00B949E4" w:rsidRPr="00B13092" w:rsidRDefault="00B949E4" w:rsidP="00B949E4">
            <w:r w:rsidRPr="00B13092">
              <w:t>Relationship</w:t>
            </w:r>
            <w:r w:rsidRPr="00B13092">
              <w:br/>
            </w:r>
          </w:p>
          <w:p w14:paraId="06DD1C78" w14:textId="77777777" w:rsidR="00B949E4" w:rsidRPr="00B13092" w:rsidRDefault="00B949E4" w:rsidP="00B949E4">
            <w:r w:rsidRPr="00B13092">
              <w:br/>
              <w:t>____________________</w:t>
            </w:r>
          </w:p>
        </w:tc>
        <w:tc>
          <w:tcPr>
            <w:tcW w:w="252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9DBAB" w14:textId="5A391E4E" w:rsidR="00B949E4" w:rsidRPr="00B13092" w:rsidRDefault="00B949E4" w:rsidP="00B949E4">
            <w:r w:rsidRPr="00B13092">
              <w:t>Parent/Guardian Signature</w:t>
            </w:r>
            <w:r w:rsidRPr="00B13092">
              <w:br/>
            </w:r>
            <w:r w:rsidRPr="00B13092">
              <w:br/>
              <w:t>____________________</w:t>
            </w:r>
          </w:p>
        </w:tc>
        <w:tc>
          <w:tcPr>
            <w:tcW w:w="253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D122E" w14:textId="77777777" w:rsidR="00B949E4" w:rsidRPr="00B13092" w:rsidRDefault="00B949E4" w:rsidP="00B949E4">
            <w:r w:rsidRPr="00B13092">
              <w:t>Date (MM/DD/YYYY)</w:t>
            </w:r>
          </w:p>
          <w:p w14:paraId="26FF2749" w14:textId="77777777" w:rsidR="00B949E4" w:rsidRPr="00B13092" w:rsidRDefault="00B949E4" w:rsidP="00B949E4">
            <w:r w:rsidRPr="00B13092">
              <w:br/>
            </w:r>
            <w:r w:rsidRPr="00B13092">
              <w:br/>
              <w:t>_________________</w:t>
            </w:r>
          </w:p>
        </w:tc>
      </w:tr>
      <w:tr w:rsidR="00B949E4" w:rsidRPr="00B949E4" w14:paraId="7AF7696F" w14:textId="77777777" w:rsidTr="00B13092">
        <w:trPr>
          <w:jc w:val="center"/>
        </w:trPr>
        <w:tc>
          <w:tcPr>
            <w:tcW w:w="298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7F521" w14:textId="11B3BD5C" w:rsidR="00B949E4" w:rsidRPr="00B13092" w:rsidRDefault="00B949E4" w:rsidP="00B949E4">
            <w:r w:rsidRPr="00B13092">
              <w:t>Student 3 Printed Name</w:t>
            </w:r>
            <w:r w:rsidRPr="00B13092">
              <w:br/>
            </w:r>
            <w:r w:rsidRPr="00B13092">
              <w:br/>
              <w:t>________________________</w:t>
            </w:r>
          </w:p>
        </w:tc>
        <w:tc>
          <w:tcPr>
            <w:tcW w:w="2627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3B454" w14:textId="77777777" w:rsidR="00B949E4" w:rsidRPr="00B13092" w:rsidRDefault="00B949E4" w:rsidP="00B949E4">
            <w:r w:rsidRPr="00B13092">
              <w:t>Date (MM/DD/YYYY)</w:t>
            </w:r>
            <w:r w:rsidRPr="00B13092">
              <w:br/>
            </w:r>
            <w:r w:rsidRPr="00B13092">
              <w:br/>
              <w:t>_____________________</w:t>
            </w:r>
          </w:p>
        </w:tc>
        <w:tc>
          <w:tcPr>
            <w:tcW w:w="252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9BCFA" w14:textId="7C7E5546" w:rsidR="00B949E4" w:rsidRPr="00B13092" w:rsidRDefault="00B949E4" w:rsidP="00B949E4">
            <w:r w:rsidRPr="00B13092">
              <w:t>Student 3 Signature</w:t>
            </w:r>
            <w:r w:rsidRPr="00B13092">
              <w:br/>
            </w:r>
            <w:r w:rsidRPr="00B13092">
              <w:br/>
              <w:t>___________________</w:t>
            </w:r>
          </w:p>
        </w:tc>
        <w:tc>
          <w:tcPr>
            <w:tcW w:w="253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3A114" w14:textId="77777777" w:rsidR="00B949E4" w:rsidRPr="00B13092" w:rsidRDefault="00B949E4" w:rsidP="00B949E4">
            <w:r w:rsidRPr="00B13092">
              <w:t>Date (MM/DD/YYYY)</w:t>
            </w:r>
            <w:r w:rsidRPr="00B13092">
              <w:br/>
            </w:r>
            <w:r w:rsidRPr="00B13092">
              <w:br/>
              <w:t>_________________</w:t>
            </w:r>
          </w:p>
        </w:tc>
      </w:tr>
      <w:tr w:rsidR="00B949E4" w:rsidRPr="00B949E4" w14:paraId="062FD655" w14:textId="77777777" w:rsidTr="00B13092">
        <w:trPr>
          <w:jc w:val="center"/>
        </w:trPr>
        <w:tc>
          <w:tcPr>
            <w:tcW w:w="298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EAF2F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D6977" w14:textId="77777777" w:rsidR="00B13092" w:rsidRPr="00B13092" w:rsidRDefault="00B949E4" w:rsidP="00B949E4">
            <w:r w:rsidRPr="00B13092">
              <w:t>Parent/Guardian Printed Nam</w:t>
            </w:r>
            <w:r w:rsidR="00B13092" w:rsidRPr="00B13092">
              <w:t>e</w:t>
            </w:r>
          </w:p>
          <w:p w14:paraId="0094BA32" w14:textId="13842789" w:rsidR="00B949E4" w:rsidRPr="00B13092" w:rsidRDefault="00B949E4" w:rsidP="00B949E4">
            <w:r w:rsidRPr="00B13092">
              <w:br/>
            </w:r>
            <w:r w:rsidRPr="00B13092">
              <w:br/>
              <w:t>________________________</w:t>
            </w:r>
          </w:p>
        </w:tc>
        <w:tc>
          <w:tcPr>
            <w:tcW w:w="2627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EAF2F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7AECF" w14:textId="77777777" w:rsidR="00B949E4" w:rsidRPr="00B13092" w:rsidRDefault="00B949E4" w:rsidP="00B949E4">
            <w:r w:rsidRPr="00B13092">
              <w:t>Relationship</w:t>
            </w:r>
            <w:r w:rsidRPr="00B13092">
              <w:br/>
            </w:r>
          </w:p>
          <w:p w14:paraId="75BA2033" w14:textId="77777777" w:rsidR="00B949E4" w:rsidRPr="00B13092" w:rsidRDefault="00B949E4" w:rsidP="00B949E4">
            <w:r w:rsidRPr="00B13092">
              <w:br/>
              <w:t>____________________</w:t>
            </w:r>
          </w:p>
        </w:tc>
        <w:tc>
          <w:tcPr>
            <w:tcW w:w="2528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EAF2F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D4F47" w14:textId="77777777" w:rsidR="00B13092" w:rsidRDefault="00B949E4" w:rsidP="00B949E4">
            <w:r w:rsidRPr="00B13092">
              <w:t>Parent/Guardian Signature</w:t>
            </w:r>
            <w:r w:rsidRPr="00B13092">
              <w:br/>
            </w:r>
          </w:p>
          <w:p w14:paraId="00724A81" w14:textId="51571A87" w:rsidR="00B949E4" w:rsidRPr="00B13092" w:rsidRDefault="00B949E4" w:rsidP="00B949E4">
            <w:r w:rsidRPr="00B13092">
              <w:t>____________________</w:t>
            </w:r>
          </w:p>
        </w:tc>
        <w:tc>
          <w:tcPr>
            <w:tcW w:w="2533" w:type="dxa"/>
            <w:tcBorders>
              <w:top w:val="single" w:sz="6" w:space="0" w:color="B9C8DA"/>
              <w:left w:val="single" w:sz="6" w:space="0" w:color="B9C8DA"/>
              <w:bottom w:val="single" w:sz="6" w:space="0" w:color="B9C8DA"/>
              <w:right w:val="single" w:sz="6" w:space="0" w:color="B9C8DA"/>
            </w:tcBorders>
            <w:shd w:val="clear" w:color="auto" w:fill="EAF2F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0E1A6" w14:textId="77777777" w:rsidR="00B949E4" w:rsidRPr="00B13092" w:rsidRDefault="00B949E4" w:rsidP="00B949E4">
            <w:r w:rsidRPr="00B13092">
              <w:t>Date (MM/DD/YYYY)</w:t>
            </w:r>
          </w:p>
          <w:p w14:paraId="25FD6C48" w14:textId="77777777" w:rsidR="00B949E4" w:rsidRPr="00B13092" w:rsidRDefault="00B949E4" w:rsidP="00B949E4">
            <w:r w:rsidRPr="00B13092">
              <w:br/>
            </w:r>
            <w:r w:rsidRPr="00B13092">
              <w:br/>
              <w:t>_________________</w:t>
            </w:r>
          </w:p>
        </w:tc>
      </w:tr>
    </w:tbl>
    <w:p w14:paraId="34AF5A59" w14:textId="77777777" w:rsidR="00B949E4" w:rsidRDefault="00B949E4"/>
    <w:sectPr w:rsidR="00B949E4" w:rsidSect="0094027E">
      <w:pgSz w:w="11906" w:h="16838"/>
      <w:pgMar w:top="720" w:right="720" w:bottom="720" w:left="7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3309634">
    <w:abstractNumId w:val="8"/>
  </w:num>
  <w:num w:numId="2" w16cid:durableId="1161891150">
    <w:abstractNumId w:val="6"/>
  </w:num>
  <w:num w:numId="3" w16cid:durableId="2140144899">
    <w:abstractNumId w:val="5"/>
  </w:num>
  <w:num w:numId="4" w16cid:durableId="1317876417">
    <w:abstractNumId w:val="4"/>
  </w:num>
  <w:num w:numId="5" w16cid:durableId="522598030">
    <w:abstractNumId w:val="7"/>
  </w:num>
  <w:num w:numId="6" w16cid:durableId="846991217">
    <w:abstractNumId w:val="3"/>
  </w:num>
  <w:num w:numId="7" w16cid:durableId="23100257">
    <w:abstractNumId w:val="2"/>
  </w:num>
  <w:num w:numId="8" w16cid:durableId="1786381714">
    <w:abstractNumId w:val="1"/>
  </w:num>
  <w:num w:numId="9" w16cid:durableId="997151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6831"/>
    <w:rsid w:val="0094027E"/>
    <w:rsid w:val="00AA1D8D"/>
    <w:rsid w:val="00B13092"/>
    <w:rsid w:val="00B47730"/>
    <w:rsid w:val="00B86771"/>
    <w:rsid w:val="00B949E4"/>
    <w:rsid w:val="00CB0664"/>
    <w:rsid w:val="00F623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BBB2FE"/>
  <w14:defaultImageDpi w14:val="300"/>
  <w15:docId w15:val="{CAFF1946-8A9D-4118-9D4D-19B0B922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Jijun Hao</cp:lastModifiedBy>
  <cp:revision>2</cp:revision>
  <dcterms:created xsi:type="dcterms:W3CDTF">2026-07-24T06:34:00Z</dcterms:created>
  <dcterms:modified xsi:type="dcterms:W3CDTF">2026-07-24T06:34:00Z</dcterms:modified>
  <cp:category/>
</cp:coreProperties>
</file>